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B2437" w14:textId="7D16CDB5" w:rsidR="006B586D" w:rsidRDefault="0097185A">
      <w:pPr>
        <w:pStyle w:val="aa"/>
        <w:jc w:val="center"/>
        <w:rPr>
          <w:lang w:eastAsia="zh-CN"/>
        </w:rPr>
      </w:pPr>
      <w:r>
        <w:rPr>
          <w:rFonts w:ascii="微软雅黑" w:eastAsia="微软雅黑" w:hAnsi="微软雅黑" w:cs="微软雅黑" w:hint="eastAsia"/>
          <w:lang w:eastAsia="zh-CN"/>
        </w:rPr>
        <w:t>广西中医药大学硕士研究生</w:t>
      </w:r>
      <w:r w:rsidRPr="0097185A">
        <w:rPr>
          <w:rFonts w:ascii="微软雅黑" w:eastAsia="微软雅黑" w:hAnsi="微软雅黑" w:cs="微软雅黑"/>
          <w:lang w:eastAsia="zh-CN"/>
        </w:rPr>
        <w:t>个人简历</w:t>
      </w:r>
    </w:p>
    <w:p w14:paraId="3D7933B0" w14:textId="77777777" w:rsidR="006B586D" w:rsidRDefault="00000000">
      <w:pPr>
        <w:pStyle w:val="1"/>
      </w:pPr>
      <w:r>
        <w:t>一</w:t>
      </w:r>
      <w:r>
        <w:t xml:space="preserve"> </w:t>
      </w:r>
      <w:proofErr w:type="spellStart"/>
      <w:r>
        <w:t>基本情况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560"/>
        <w:gridCol w:w="2126"/>
        <w:gridCol w:w="2777"/>
      </w:tblGrid>
      <w:tr w:rsidR="0097185A" w14:paraId="64CD7575" w14:textId="77777777" w:rsidTr="00245CB9">
        <w:trPr>
          <w:cantSplit/>
          <w:trHeight w:val="460"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C0BB61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姓名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5E16D47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2A0C25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性别</w:t>
            </w:r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20A8A1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777" w:type="dxa"/>
            <w:vMerge w:val="restart"/>
            <w:tcBorders>
              <w:top w:val="single" w:sz="4" w:space="0" w:color="D9D9D9"/>
              <w:left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C07A5E" w14:textId="77777777" w:rsidR="0099586D" w:rsidRDefault="0099586D">
            <w:pPr>
              <w:spacing w:line="280" w:lineRule="exact"/>
              <w:jc w:val="center"/>
              <w:rPr>
                <w:rFonts w:ascii="Times New Roman" w:hAnsi="Times New Roman"/>
                <w:sz w:val="21"/>
                <w:lang w:eastAsia="zh-CN"/>
              </w:rPr>
            </w:pPr>
          </w:p>
          <w:p w14:paraId="5632006A" w14:textId="77777777" w:rsidR="0099586D" w:rsidRDefault="0099586D">
            <w:pPr>
              <w:spacing w:line="280" w:lineRule="exact"/>
              <w:jc w:val="center"/>
              <w:rPr>
                <w:rFonts w:ascii="Times New Roman" w:hAnsi="Times New Roman"/>
                <w:sz w:val="21"/>
                <w:lang w:eastAsia="zh-CN"/>
              </w:rPr>
            </w:pPr>
          </w:p>
          <w:p w14:paraId="2C5C4F6E" w14:textId="6C5FF17F" w:rsidR="0099586D" w:rsidRDefault="0097185A">
            <w:pPr>
              <w:spacing w:line="280" w:lineRule="exact"/>
              <w:jc w:val="center"/>
              <w:rPr>
                <w:rFonts w:ascii="Times New Roman" w:hAnsi="Times New Roman"/>
                <w:sz w:val="21"/>
                <w:lang w:eastAsia="zh-CN"/>
              </w:rPr>
            </w:pPr>
            <w:proofErr w:type="spellStart"/>
            <w:r>
              <w:rPr>
                <w:rFonts w:ascii="Times New Roman" w:hAnsi="Times New Roman"/>
                <w:sz w:val="21"/>
              </w:rPr>
              <w:t>照片</w:t>
            </w:r>
            <w:proofErr w:type="spellEnd"/>
          </w:p>
          <w:p w14:paraId="6BF20360" w14:textId="57525FEE" w:rsidR="0097185A" w:rsidRDefault="0099586D">
            <w:pPr>
              <w:spacing w:line="28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ascii="Times New Roman" w:hAnsi="Times New Roman"/>
                <w:sz w:val="21"/>
                <w:lang w:eastAsia="zh-CN"/>
              </w:rPr>
              <w:br/>
            </w:r>
            <w:r>
              <w:rPr>
                <w:rFonts w:ascii="Times New Roman" w:hAnsi="Times New Roman" w:hint="eastAsia"/>
                <w:sz w:val="21"/>
                <w:lang w:eastAsia="zh-CN"/>
              </w:rPr>
              <w:t>（近期免冠二寸彩色照片）</w:t>
            </w:r>
          </w:p>
          <w:p w14:paraId="3E786061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  <w:p w14:paraId="2B162F4C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  <w:p w14:paraId="5123C871" w14:textId="77777777" w:rsidR="0097185A" w:rsidRDefault="0097185A">
            <w:pPr>
              <w:spacing w:line="280" w:lineRule="exact"/>
              <w:rPr>
                <w:rFonts w:hint="eastAsia"/>
                <w:lang w:eastAsia="zh-CN"/>
              </w:rPr>
            </w:pPr>
          </w:p>
        </w:tc>
      </w:tr>
      <w:tr w:rsidR="0097185A" w14:paraId="1A0217F0" w14:textId="77777777" w:rsidTr="00245CB9">
        <w:trPr>
          <w:cantSplit/>
          <w:trHeight w:val="460"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920049D" w14:textId="06D86B81" w:rsidR="0097185A" w:rsidRDefault="0097185A">
            <w:pPr>
              <w:spacing w:line="280" w:lineRule="exact"/>
              <w:jc w:val="center"/>
              <w:rPr>
                <w:rFonts w:hint="eastAsia"/>
                <w:lang w:eastAsia="zh-CN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出生年月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C5DBF39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7DAC6C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籍贯</w:t>
            </w:r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4C865A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777" w:type="dxa"/>
            <w:vMerge/>
            <w:tcBorders>
              <w:left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CAD960" w14:textId="77777777" w:rsidR="0097185A" w:rsidRDefault="0097185A">
            <w:pPr>
              <w:rPr>
                <w:rFonts w:hint="eastAsia"/>
              </w:rPr>
            </w:pPr>
          </w:p>
        </w:tc>
      </w:tr>
      <w:tr w:rsidR="0097185A" w14:paraId="650545BF" w14:textId="77777777" w:rsidTr="00245CB9">
        <w:trPr>
          <w:cantSplit/>
          <w:trHeight w:val="460"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D5D0091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本科院校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EBA539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2E60CA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本科专业</w:t>
            </w:r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43DA23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777" w:type="dxa"/>
            <w:vMerge/>
            <w:tcBorders>
              <w:left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141F64" w14:textId="77777777" w:rsidR="0097185A" w:rsidRDefault="0097185A">
            <w:pPr>
              <w:rPr>
                <w:rFonts w:hint="eastAsia"/>
              </w:rPr>
            </w:pPr>
          </w:p>
        </w:tc>
      </w:tr>
      <w:tr w:rsidR="0097185A" w14:paraId="27238F29" w14:textId="77777777" w:rsidTr="00245CB9">
        <w:trPr>
          <w:cantSplit/>
          <w:trHeight w:val="460"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51AB7F" w14:textId="5567F64E" w:rsidR="0097185A" w:rsidRDefault="0097185A">
            <w:pPr>
              <w:spacing w:line="280" w:lineRule="exact"/>
              <w:jc w:val="center"/>
              <w:rPr>
                <w:rFonts w:hint="eastAsia"/>
                <w:lang w:eastAsia="zh-CN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录取</w:t>
            </w:r>
            <w:proofErr w:type="spellEnd"/>
            <w:r>
              <w:rPr>
                <w:rFonts w:ascii="Times New Roman" w:hAnsi="Times New Roman" w:hint="eastAsia"/>
                <w:b/>
                <w:sz w:val="21"/>
                <w:lang w:eastAsia="zh-CN"/>
              </w:rPr>
              <w:t>专业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2CEB52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4C8DDF" w14:textId="37DAACB9" w:rsidR="0097185A" w:rsidRDefault="0097185A">
            <w:pPr>
              <w:spacing w:line="28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ascii="Times New Roman" w:hAnsi="Times New Roman" w:hint="eastAsia"/>
                <w:b/>
                <w:sz w:val="21"/>
                <w:lang w:eastAsia="zh-CN"/>
              </w:rPr>
              <w:t>研究方向代码及名称</w:t>
            </w:r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EB58C3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777" w:type="dxa"/>
            <w:vMerge/>
            <w:tcBorders>
              <w:left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B905E1" w14:textId="77777777" w:rsidR="0097185A" w:rsidRDefault="0097185A">
            <w:pPr>
              <w:rPr>
                <w:rFonts w:hint="eastAsia"/>
              </w:rPr>
            </w:pPr>
          </w:p>
        </w:tc>
      </w:tr>
      <w:tr w:rsidR="0097185A" w14:paraId="7594542C" w14:textId="77777777" w:rsidTr="00245CB9">
        <w:trPr>
          <w:cantSplit/>
          <w:trHeight w:val="460"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A37ECA4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联系电话</w:t>
            </w:r>
            <w:proofErr w:type="spellEnd"/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7E13C3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C904EA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电子邮箱</w:t>
            </w:r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CE868F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777" w:type="dxa"/>
            <w:vMerge/>
            <w:tcBorders>
              <w:left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D0CF808" w14:textId="77777777" w:rsidR="0097185A" w:rsidRDefault="0097185A">
            <w:pPr>
              <w:rPr>
                <w:rFonts w:hint="eastAsia"/>
              </w:rPr>
            </w:pPr>
          </w:p>
        </w:tc>
      </w:tr>
      <w:tr w:rsidR="0097185A" w14:paraId="52BA7BCA" w14:textId="77777777" w:rsidTr="00245CB9">
        <w:trPr>
          <w:cantSplit/>
          <w:trHeight w:val="460"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2E91705" w14:textId="078FF324" w:rsidR="0097185A" w:rsidRDefault="0097185A">
            <w:pPr>
              <w:spacing w:line="280" w:lineRule="exact"/>
              <w:jc w:val="center"/>
              <w:rPr>
                <w:rFonts w:ascii="Times New Roman" w:hAnsi="Times New Roman"/>
                <w:b/>
                <w:sz w:val="21"/>
                <w:lang w:eastAsia="zh-CN"/>
              </w:rPr>
            </w:pPr>
            <w:r>
              <w:rPr>
                <w:rFonts w:ascii="Times New Roman" w:hAnsi="Times New Roman" w:hint="eastAsia"/>
                <w:b/>
                <w:sz w:val="21"/>
                <w:lang w:eastAsia="zh-CN"/>
              </w:rPr>
              <w:t>初试成绩</w:t>
            </w:r>
          </w:p>
        </w:tc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24FE2C" w14:textId="0F6C6143" w:rsidR="0097185A" w:rsidRDefault="0097185A" w:rsidP="00695E85">
            <w:pPr>
              <w:spacing w:line="280" w:lineRule="exact"/>
              <w:jc w:val="center"/>
              <w:rPr>
                <w:rFonts w:hint="eastAsia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37B247" w14:textId="6553D3F6" w:rsidR="0097185A" w:rsidRDefault="0097185A">
            <w:pPr>
              <w:spacing w:line="280" w:lineRule="exact"/>
              <w:jc w:val="center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 w:hint="eastAsia"/>
                <w:b/>
                <w:sz w:val="21"/>
                <w:lang w:eastAsia="zh-CN"/>
              </w:rPr>
              <w:t>复试成绩</w:t>
            </w:r>
          </w:p>
        </w:tc>
        <w:tc>
          <w:tcPr>
            <w:tcW w:w="21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BF34E4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777" w:type="dxa"/>
            <w:vMerge/>
            <w:tcBorders>
              <w:left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5D0CA1" w14:textId="77777777" w:rsidR="0097185A" w:rsidRDefault="0097185A">
            <w:pPr>
              <w:rPr>
                <w:rFonts w:hint="eastAsia"/>
              </w:rPr>
            </w:pPr>
          </w:p>
        </w:tc>
      </w:tr>
      <w:tr w:rsidR="00245CB9" w14:paraId="52E24295" w14:textId="77777777" w:rsidTr="00245CB9">
        <w:trPr>
          <w:cantSplit/>
          <w:trHeight w:val="460"/>
          <w:jc w:val="center"/>
        </w:trPr>
        <w:tc>
          <w:tcPr>
            <w:tcW w:w="17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15F4BB" w14:textId="4032A708" w:rsidR="00245CB9" w:rsidRDefault="00245CB9">
            <w:pPr>
              <w:spacing w:line="280" w:lineRule="exact"/>
              <w:jc w:val="center"/>
              <w:rPr>
                <w:rFonts w:ascii="Times New Roman" w:hAnsi="Times New Roman"/>
                <w:b/>
                <w:sz w:val="21"/>
                <w:lang w:eastAsia="zh-CN"/>
              </w:rPr>
            </w:pPr>
            <w:r>
              <w:rPr>
                <w:rFonts w:ascii="Times New Roman" w:hAnsi="Times New Roman" w:hint="eastAsia"/>
                <w:b/>
                <w:sz w:val="21"/>
                <w:lang w:eastAsia="zh-CN"/>
              </w:rPr>
              <w:t>英语等级及分数</w:t>
            </w:r>
          </w:p>
        </w:tc>
        <w:tc>
          <w:tcPr>
            <w:tcW w:w="5387" w:type="dxa"/>
            <w:gridSpan w:val="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09F29A" w14:textId="35D15C6D" w:rsidR="00245CB9" w:rsidRDefault="00245CB9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777" w:type="dxa"/>
            <w:vMerge/>
            <w:tcBorders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ACCA85" w14:textId="77777777" w:rsidR="00245CB9" w:rsidRDefault="00245CB9">
            <w:pPr>
              <w:rPr>
                <w:rFonts w:hint="eastAsia"/>
              </w:rPr>
            </w:pPr>
          </w:p>
        </w:tc>
      </w:tr>
    </w:tbl>
    <w:p w14:paraId="566E1332" w14:textId="404432E9" w:rsidR="006B586D" w:rsidRDefault="00000000">
      <w:pPr>
        <w:pStyle w:val="1"/>
      </w:pPr>
      <w:r>
        <w:t>二</w:t>
      </w:r>
      <w:r>
        <w:t xml:space="preserve"> </w:t>
      </w:r>
      <w:r w:rsidR="00C24270">
        <w:rPr>
          <w:rFonts w:ascii="宋体" w:eastAsia="宋体" w:hAnsi="宋体" w:hint="eastAsia"/>
          <w:lang w:eastAsia="zh-CN"/>
        </w:rPr>
        <w:t>本科</w:t>
      </w:r>
      <w:proofErr w:type="spellStart"/>
      <w:r>
        <w:t>学习情况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3005"/>
        <w:gridCol w:w="2155"/>
        <w:gridCol w:w="2778"/>
      </w:tblGrid>
      <w:tr w:rsidR="006B586D" w14:paraId="2D50C80A" w14:textId="77777777" w:rsidTr="00C94C94">
        <w:trPr>
          <w:cantSplit/>
          <w:trHeight w:val="540"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7E33EB4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平均成绩</w:t>
            </w:r>
            <w:proofErr w:type="spellEnd"/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E95B8D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6A1A18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满分</w:t>
            </w:r>
          </w:p>
        </w:tc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377FDD0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24D87E44" w14:textId="77777777" w:rsidTr="00C94C94">
        <w:trPr>
          <w:cantSplit/>
          <w:trHeight w:val="540"/>
          <w:jc w:val="center"/>
        </w:trPr>
        <w:tc>
          <w:tcPr>
            <w:tcW w:w="192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16F94F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平均学分绩点</w:t>
            </w: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66FEB9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15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D46F3CC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满分</w:t>
            </w:r>
          </w:p>
        </w:tc>
        <w:tc>
          <w:tcPr>
            <w:tcW w:w="277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603A4DD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</w:tbl>
    <w:p w14:paraId="6E8D7047" w14:textId="77777777" w:rsidR="006B586D" w:rsidRDefault="00000000">
      <w:pPr>
        <w:keepNext/>
        <w:spacing w:before="120" w:after="80" w:line="280" w:lineRule="exact"/>
        <w:rPr>
          <w:rFonts w:hint="eastAsia"/>
        </w:rPr>
      </w:pPr>
      <w:proofErr w:type="spellStart"/>
      <w:r>
        <w:rPr>
          <w:rFonts w:ascii="Times New Roman" w:hAnsi="Times New Roman"/>
          <w:sz w:val="21"/>
        </w:rPr>
        <w:t>主要专业课程及成绩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3007"/>
      </w:tblGrid>
      <w:tr w:rsidR="0097185A" w14:paraId="1B5FD57C" w14:textId="77777777" w:rsidTr="0097185A">
        <w:trPr>
          <w:cantSplit/>
          <w:trHeight w:val="520"/>
          <w:tblHeader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1951D3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  <w:b/>
                <w:sz w:val="21"/>
              </w:rPr>
              <w:t>课程名称</w:t>
            </w:r>
            <w:proofErr w:type="spellEnd"/>
          </w:p>
        </w:tc>
        <w:tc>
          <w:tcPr>
            <w:tcW w:w="30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64D336" w14:textId="77777777" w:rsidR="0097185A" w:rsidRDefault="0097185A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成绩</w:t>
            </w:r>
          </w:p>
        </w:tc>
      </w:tr>
      <w:tr w:rsidR="0097185A" w14:paraId="77D2ABDC" w14:textId="77777777" w:rsidTr="0097185A">
        <w:trPr>
          <w:cantSplit/>
          <w:trHeight w:val="520"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68DB596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7C1688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</w:tr>
      <w:tr w:rsidR="0097185A" w14:paraId="48BB302B" w14:textId="77777777" w:rsidTr="0097185A">
        <w:trPr>
          <w:cantSplit/>
          <w:trHeight w:val="520"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181181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6461FE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</w:tr>
      <w:tr w:rsidR="0097185A" w14:paraId="160348D1" w14:textId="77777777" w:rsidTr="0097185A">
        <w:trPr>
          <w:cantSplit/>
          <w:trHeight w:val="520"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33B6F7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FEF74C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</w:tr>
      <w:tr w:rsidR="0097185A" w14:paraId="74FC4837" w14:textId="77777777" w:rsidTr="0097185A">
        <w:trPr>
          <w:cantSplit/>
          <w:trHeight w:val="520"/>
          <w:jc w:val="center"/>
        </w:trPr>
        <w:tc>
          <w:tcPr>
            <w:tcW w:w="68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0D39C4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6DE4C0" w14:textId="77777777" w:rsidR="0097185A" w:rsidRDefault="0097185A">
            <w:pPr>
              <w:spacing w:line="280" w:lineRule="exact"/>
              <w:rPr>
                <w:rFonts w:hint="eastAsia"/>
              </w:rPr>
            </w:pPr>
          </w:p>
        </w:tc>
      </w:tr>
    </w:tbl>
    <w:p w14:paraId="0D6B606B" w14:textId="77777777" w:rsidR="006B586D" w:rsidRDefault="00000000">
      <w:pPr>
        <w:keepNext/>
        <w:spacing w:before="120" w:after="80" w:line="280" w:lineRule="exact"/>
        <w:rPr>
          <w:rFonts w:hint="eastAsia"/>
        </w:rPr>
      </w:pPr>
      <w:proofErr w:type="spellStart"/>
      <w:r>
        <w:rPr>
          <w:rFonts w:ascii="Times New Roman" w:hAnsi="Times New Roman"/>
          <w:sz w:val="21"/>
        </w:rPr>
        <w:t>其他学习经历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6B586D" w14:paraId="268160F0" w14:textId="77777777">
        <w:trPr>
          <w:cantSplit/>
          <w:trHeight w:val="880"/>
          <w:jc w:val="center"/>
        </w:trPr>
        <w:tc>
          <w:tcPr>
            <w:tcW w:w="98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B5E94DA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</w:tbl>
    <w:p w14:paraId="4C70A6D6" w14:textId="77777777" w:rsidR="006B586D" w:rsidRDefault="00000000">
      <w:pPr>
        <w:pStyle w:val="1"/>
      </w:pPr>
      <w:r>
        <w:t>三</w:t>
      </w:r>
      <w:r>
        <w:t xml:space="preserve"> </w:t>
      </w:r>
      <w:r>
        <w:t>研究兴趣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6B586D" w14:paraId="2ED2753E" w14:textId="77777777">
        <w:trPr>
          <w:cantSplit/>
          <w:trHeight w:val="1300"/>
          <w:jc w:val="center"/>
        </w:trPr>
        <w:tc>
          <w:tcPr>
            <w:tcW w:w="986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8BD3CCE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</w:tbl>
    <w:p w14:paraId="5AE88D29" w14:textId="77777777" w:rsidR="006B586D" w:rsidRDefault="00000000">
      <w:pPr>
        <w:rPr>
          <w:rFonts w:hint="eastAsia"/>
        </w:rPr>
      </w:pPr>
      <w:r>
        <w:br w:type="page"/>
      </w:r>
    </w:p>
    <w:p w14:paraId="267C3C3B" w14:textId="77777777" w:rsidR="006B586D" w:rsidRDefault="00000000">
      <w:pPr>
        <w:pStyle w:val="1"/>
      </w:pPr>
      <w:r>
        <w:lastRenderedPageBreak/>
        <w:t>四</w:t>
      </w:r>
      <w:r>
        <w:t xml:space="preserve"> </w:t>
      </w:r>
      <w:r>
        <w:t>科研与实践经历</w:t>
      </w:r>
    </w:p>
    <w:p w14:paraId="071F7137" w14:textId="77777777" w:rsidR="006B586D" w:rsidRDefault="00000000">
      <w:pPr>
        <w:keepNext/>
        <w:spacing w:before="120" w:after="80" w:line="280" w:lineRule="exact"/>
        <w:rPr>
          <w:rFonts w:hint="eastAsia"/>
        </w:rPr>
      </w:pPr>
      <w:r>
        <w:rPr>
          <w:rFonts w:ascii="Times New Roman" w:hAnsi="Times New Roman"/>
          <w:sz w:val="21"/>
        </w:rPr>
        <w:t>经历一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710"/>
      </w:tblGrid>
      <w:tr w:rsidR="006B586D" w14:paraId="095CED53" w14:textId="77777777">
        <w:trPr>
          <w:cantSplit/>
          <w:trHeight w:val="48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46ECEC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起止年月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FBFE71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69004B36" w14:textId="77777777">
        <w:trPr>
          <w:cantSplit/>
          <w:trHeight w:val="54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D094C70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项目或实践名称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8C642DF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3A267751" w14:textId="77777777">
        <w:trPr>
          <w:cantSplit/>
          <w:trHeight w:val="100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B524D87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本人承担工作及方法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F751800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538C2518" w14:textId="77777777">
        <w:trPr>
          <w:cantSplit/>
          <w:trHeight w:val="76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BC248E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结果或产出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D35C62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</w:tbl>
    <w:p w14:paraId="4277EF8C" w14:textId="77777777" w:rsidR="006B586D" w:rsidRDefault="006B586D">
      <w:pPr>
        <w:spacing w:line="140" w:lineRule="exact"/>
        <w:rPr>
          <w:rFonts w:hint="eastAsia"/>
        </w:rPr>
      </w:pPr>
    </w:p>
    <w:p w14:paraId="0E2DA1EF" w14:textId="77777777" w:rsidR="006B586D" w:rsidRDefault="00000000">
      <w:pPr>
        <w:keepNext/>
        <w:spacing w:before="120" w:after="80" w:line="280" w:lineRule="exact"/>
        <w:rPr>
          <w:rFonts w:hint="eastAsia"/>
        </w:rPr>
      </w:pPr>
      <w:r>
        <w:rPr>
          <w:rFonts w:ascii="Times New Roman" w:hAnsi="Times New Roman"/>
          <w:sz w:val="21"/>
        </w:rPr>
        <w:t>经历二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710"/>
      </w:tblGrid>
      <w:tr w:rsidR="006B586D" w14:paraId="66AA3A7B" w14:textId="77777777">
        <w:trPr>
          <w:cantSplit/>
          <w:trHeight w:val="48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7A9F9A9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起止年月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DB85D7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654B0CD5" w14:textId="77777777">
        <w:trPr>
          <w:cantSplit/>
          <w:trHeight w:val="54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92756C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项目或实践名称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CAF89ED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42CFFE79" w14:textId="77777777">
        <w:trPr>
          <w:cantSplit/>
          <w:trHeight w:val="100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382904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本人承担工作及方法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8A2592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2E53041F" w14:textId="77777777">
        <w:trPr>
          <w:cantSplit/>
          <w:trHeight w:val="76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06236C8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结果或产出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DC73CC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</w:tbl>
    <w:p w14:paraId="41D1D6C7" w14:textId="77777777" w:rsidR="006B586D" w:rsidRDefault="00000000">
      <w:pPr>
        <w:pStyle w:val="1"/>
      </w:pPr>
      <w:r>
        <w:t>五</w:t>
      </w:r>
      <w:r>
        <w:t xml:space="preserve"> </w:t>
      </w:r>
      <w:r>
        <w:t>成果与奖励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2324"/>
        <w:gridCol w:w="3005"/>
      </w:tblGrid>
      <w:tr w:rsidR="006B586D" w14:paraId="6C4D3B71" w14:textId="77777777">
        <w:trPr>
          <w:cantSplit/>
          <w:trHeight w:val="560"/>
          <w:tblHeader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A296F01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成果或奖励名称</w:t>
            </w: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94439F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本人署名或贡献</w:t>
            </w: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F2DE76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状态或等级及时间</w:t>
            </w:r>
          </w:p>
        </w:tc>
      </w:tr>
      <w:tr w:rsidR="006B586D" w14:paraId="29114859" w14:textId="77777777">
        <w:trPr>
          <w:cantSplit/>
          <w:trHeight w:val="640"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9EE5170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B72B66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08CF9A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102974D5" w14:textId="77777777">
        <w:trPr>
          <w:cantSplit/>
          <w:trHeight w:val="640"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114C7C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AFF5D6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76BC7A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7D049D15" w14:textId="77777777">
        <w:trPr>
          <w:cantSplit/>
          <w:trHeight w:val="640"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73C10F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C22055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5F4C72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4F395F96" w14:textId="77777777">
        <w:trPr>
          <w:cantSplit/>
          <w:trHeight w:val="640"/>
          <w:jc w:val="center"/>
        </w:trPr>
        <w:tc>
          <w:tcPr>
            <w:tcW w:w="453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50B2F82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23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92A51E4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  <w:tc>
          <w:tcPr>
            <w:tcW w:w="30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944C21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</w:tbl>
    <w:p w14:paraId="6714CFE9" w14:textId="77777777" w:rsidR="006B586D" w:rsidRDefault="00000000">
      <w:pPr>
        <w:pStyle w:val="1"/>
      </w:pPr>
      <w:r>
        <w:t>六</w:t>
      </w:r>
      <w:r>
        <w:t xml:space="preserve"> </w:t>
      </w:r>
      <w:r>
        <w:t>个人能力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7710"/>
      </w:tblGrid>
      <w:tr w:rsidR="006B586D" w14:paraId="525BD430" w14:textId="77777777">
        <w:trPr>
          <w:cantSplit/>
          <w:trHeight w:val="80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79165B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专业技能及熟练程度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5B6C6F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  <w:tr w:rsidR="006B586D" w14:paraId="2DF3D042" w14:textId="77777777">
        <w:trPr>
          <w:cantSplit/>
          <w:trHeight w:val="800"/>
          <w:jc w:val="center"/>
        </w:trPr>
        <w:tc>
          <w:tcPr>
            <w:tcW w:w="215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E80490" w14:textId="77777777" w:rsidR="006B586D" w:rsidRDefault="00000000">
            <w:pPr>
              <w:spacing w:line="280" w:lineRule="exact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sz w:val="21"/>
              </w:rPr>
              <w:t>软件工具及熟练程度</w:t>
            </w:r>
          </w:p>
        </w:tc>
        <w:tc>
          <w:tcPr>
            <w:tcW w:w="771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B03DAF6" w14:textId="77777777" w:rsidR="006B586D" w:rsidRDefault="006B586D">
            <w:pPr>
              <w:spacing w:line="280" w:lineRule="exact"/>
              <w:rPr>
                <w:rFonts w:hint="eastAsia"/>
              </w:rPr>
            </w:pPr>
          </w:p>
        </w:tc>
      </w:tr>
    </w:tbl>
    <w:p w14:paraId="7D8932FD" w14:textId="77777777" w:rsidR="006B586D" w:rsidRDefault="006B586D">
      <w:pPr>
        <w:spacing w:line="20" w:lineRule="exact"/>
        <w:rPr>
          <w:rFonts w:hint="eastAsia"/>
        </w:rPr>
      </w:pPr>
    </w:p>
    <w:sectPr w:rsidR="006B586D" w:rsidSect="00034616">
      <w:footerReference w:type="default" r:id="rId8"/>
      <w:pgSz w:w="11906" w:h="16838"/>
      <w:pgMar w:top="964" w:right="1020" w:bottom="964" w:left="1020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45383" w14:textId="77777777" w:rsidR="000C3740" w:rsidRDefault="000C3740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961FC11" w14:textId="77777777" w:rsidR="000C3740" w:rsidRDefault="000C3740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E003A" w14:textId="77777777" w:rsidR="006B586D" w:rsidRDefault="00000000">
    <w:pPr>
      <w:pStyle w:val="a7"/>
      <w:jc w:val="center"/>
      <w:rPr>
        <w:rFonts w:hint="eastAsia"/>
      </w:rPr>
    </w:pPr>
    <w:r>
      <w:rPr>
        <w:rFonts w:ascii="Times New Roman" w:hAnsi="Times New Roman"/>
        <w:sz w:val="18"/>
      </w:rPr>
      <w:t>第</w:t>
    </w:r>
    <w:r>
      <w:rPr>
        <w:rFonts w:ascii="Times New Roman" w:hAnsi="Times New Roman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C24270">
      <w:rPr>
        <w:rFonts w:hint="eastAsia"/>
        <w:noProof/>
      </w:rPr>
      <w:t>1</w:t>
    </w:r>
    <w:r>
      <w:fldChar w:fldCharType="end"/>
    </w:r>
    <w:r>
      <w:rPr>
        <w:rFonts w:ascii="Times New Roman" w:hAnsi="Times New Roman"/>
        <w:sz w:val="18"/>
      </w:rPr>
      <w:t xml:space="preserve"> </w:t>
    </w:r>
    <w:r>
      <w:rPr>
        <w:rFonts w:ascii="Times New Roman" w:hAnsi="Times New Roman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6EAD4" w14:textId="77777777" w:rsidR="000C3740" w:rsidRDefault="000C3740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0E6F2FF" w14:textId="77777777" w:rsidR="000C3740" w:rsidRDefault="000C3740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5847570">
    <w:abstractNumId w:val="8"/>
  </w:num>
  <w:num w:numId="2" w16cid:durableId="1607032227">
    <w:abstractNumId w:val="6"/>
  </w:num>
  <w:num w:numId="3" w16cid:durableId="475609420">
    <w:abstractNumId w:val="5"/>
  </w:num>
  <w:num w:numId="4" w16cid:durableId="1071199084">
    <w:abstractNumId w:val="4"/>
  </w:num>
  <w:num w:numId="5" w16cid:durableId="600533698">
    <w:abstractNumId w:val="7"/>
  </w:num>
  <w:num w:numId="6" w16cid:durableId="816143282">
    <w:abstractNumId w:val="3"/>
  </w:num>
  <w:num w:numId="7" w16cid:durableId="74473883">
    <w:abstractNumId w:val="2"/>
  </w:num>
  <w:num w:numId="8" w16cid:durableId="187647277">
    <w:abstractNumId w:val="1"/>
  </w:num>
  <w:num w:numId="9" w16cid:durableId="46721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575"/>
    <w:rsid w:val="000C3740"/>
    <w:rsid w:val="0015074B"/>
    <w:rsid w:val="001C6583"/>
    <w:rsid w:val="00245CB9"/>
    <w:rsid w:val="0029639D"/>
    <w:rsid w:val="00326F90"/>
    <w:rsid w:val="00344CBA"/>
    <w:rsid w:val="00695E85"/>
    <w:rsid w:val="006B586D"/>
    <w:rsid w:val="00782F98"/>
    <w:rsid w:val="00943441"/>
    <w:rsid w:val="0097185A"/>
    <w:rsid w:val="0099586D"/>
    <w:rsid w:val="00A91449"/>
    <w:rsid w:val="00AA1D8D"/>
    <w:rsid w:val="00B47730"/>
    <w:rsid w:val="00BC595E"/>
    <w:rsid w:val="00BD71B8"/>
    <w:rsid w:val="00C24270"/>
    <w:rsid w:val="00C846CD"/>
    <w:rsid w:val="00C94C94"/>
    <w:rsid w:val="00CB0664"/>
    <w:rsid w:val="00CD3F20"/>
    <w:rsid w:val="00E27AD3"/>
    <w:rsid w:val="00F035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CA5DB3"/>
  <w14:defaultImageDpi w14:val="300"/>
  <w15:docId w15:val="{A532D22E-3BCB-47A4-93D9-000B27FF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0" w:line="300" w:lineRule="exact"/>
    </w:pPr>
    <w:rPr>
      <w:rFonts w:ascii="宋体" w:eastAsia="宋体" w:hAnsi="宋体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sz w:val="23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after="120" w:line="480" w:lineRule="exact"/>
      <w:contextualSpacing/>
    </w:pPr>
    <w:rPr>
      <w:rFonts w:asciiTheme="majorHAnsi" w:eastAsiaTheme="majorEastAsia" w:hAnsiTheme="majorHAnsi" w:cstheme="majorBidi"/>
      <w:b/>
      <w:spacing w:val="5"/>
      <w:kern w:val="28"/>
      <w:sz w:val="3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个人简历</dc:title>
  <dc:subject>已录取研究生的基本情况 学习情况 科研经历 实习实践及成果奖励</dc:subject>
  <dc:creator/>
  <cp:keywords>个人简历 基本情况 学习 科研 实习 实践 成果 奖励</cp:keywords>
  <dc:description>generated by python-docx</dc:description>
  <cp:lastModifiedBy>.. 坚子</cp:lastModifiedBy>
  <cp:revision>12</cp:revision>
  <dcterms:created xsi:type="dcterms:W3CDTF">2013-12-23T23:15:00Z</dcterms:created>
  <dcterms:modified xsi:type="dcterms:W3CDTF">2026-10-21T01:34:00Z</dcterms:modified>
  <cp:category/>
</cp:coreProperties>
</file>